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42BEA8" w14:textId="4160A4DF" w:rsidR="00DE2386" w:rsidRPr="000371E0" w:rsidRDefault="00A47874">
      <w:pPr>
        <w:jc w:val="center"/>
        <w:rPr>
          <w:lang w:val="pl-PL"/>
        </w:rPr>
      </w:pPr>
      <w:r w:rsidRPr="000371E0">
        <w:rPr>
          <w:b/>
          <w:sz w:val="24"/>
          <w:lang w:val="pl-PL"/>
        </w:rPr>
        <w:t xml:space="preserve">DEKLARACJA </w:t>
      </w:r>
      <w:r w:rsidRPr="000371E0">
        <w:rPr>
          <w:b/>
          <w:color w:val="FF0000"/>
          <w:sz w:val="24"/>
          <w:lang w:val="pl-PL"/>
        </w:rPr>
        <w:t>REZYGNACJI</w:t>
      </w:r>
      <w:r w:rsidRPr="000371E0">
        <w:rPr>
          <w:b/>
          <w:sz w:val="24"/>
          <w:lang w:val="pl-PL"/>
        </w:rPr>
        <w:t xml:space="preserve"> (ZMIAN) Z KORZYSTANIA Z POSIŁKÓW W STOŁÓWCE SZKOLNEJ</w:t>
      </w:r>
      <w:r w:rsidRPr="000371E0">
        <w:rPr>
          <w:b/>
          <w:sz w:val="24"/>
          <w:lang w:val="pl-PL"/>
        </w:rPr>
        <w:br/>
        <w:t>SZKOŁY PODSTAWOWEJ nr 138 w roku szkolnym 202</w:t>
      </w:r>
      <w:r w:rsidR="000371E0">
        <w:rPr>
          <w:b/>
          <w:sz w:val="24"/>
          <w:lang w:val="pl-PL"/>
        </w:rPr>
        <w:t>6</w:t>
      </w:r>
      <w:r w:rsidRPr="000371E0">
        <w:rPr>
          <w:b/>
          <w:sz w:val="24"/>
          <w:lang w:val="pl-PL"/>
        </w:rPr>
        <w:t>/202</w:t>
      </w:r>
      <w:r w:rsidR="000371E0">
        <w:rPr>
          <w:b/>
          <w:sz w:val="24"/>
          <w:lang w:val="pl-PL"/>
        </w:rPr>
        <w:t>7</w:t>
      </w:r>
    </w:p>
    <w:p w14:paraId="279922AD" w14:textId="12AEF87E" w:rsidR="00DE2386" w:rsidRPr="000371E0" w:rsidRDefault="00A47874">
      <w:pPr>
        <w:rPr>
          <w:lang w:val="pl-PL"/>
        </w:rPr>
      </w:pPr>
      <w:r w:rsidRPr="000371E0">
        <w:rPr>
          <w:lang w:val="pl-PL"/>
        </w:rPr>
        <w:t xml:space="preserve">1. Imię i nazwisko </w:t>
      </w:r>
      <w:proofErr w:type="gramStart"/>
      <w:r w:rsidRPr="000371E0">
        <w:rPr>
          <w:lang w:val="pl-PL"/>
        </w:rPr>
        <w:t xml:space="preserve">dziecka:  </w:t>
      </w:r>
      <w:r w:rsidR="000371E0">
        <w:rPr>
          <w:lang w:val="pl-PL"/>
        </w:rPr>
        <w:t xml:space="preserve"> </w:t>
      </w:r>
      <w:proofErr w:type="gramEnd"/>
      <w:r w:rsidR="000371E0">
        <w:rPr>
          <w:lang w:val="pl-PL"/>
        </w:rPr>
        <w:t>……………………………………………………</w:t>
      </w:r>
      <w:proofErr w:type="gramStart"/>
      <w:r w:rsidR="000371E0">
        <w:rPr>
          <w:lang w:val="pl-PL"/>
        </w:rPr>
        <w:t>…….</w:t>
      </w:r>
      <w:proofErr w:type="gramEnd"/>
      <w:r w:rsidR="000371E0">
        <w:rPr>
          <w:lang w:val="pl-PL"/>
        </w:rPr>
        <w:t>.</w:t>
      </w:r>
      <w:r w:rsidRPr="000371E0">
        <w:rPr>
          <w:lang w:val="pl-PL"/>
        </w:rPr>
        <w:t xml:space="preserve">Klasa: </w:t>
      </w:r>
      <w:r w:rsidR="000371E0">
        <w:rPr>
          <w:lang w:val="pl-PL"/>
        </w:rPr>
        <w:t>……</w:t>
      </w:r>
      <w:proofErr w:type="gramStart"/>
      <w:r w:rsidR="000371E0">
        <w:rPr>
          <w:lang w:val="pl-PL"/>
        </w:rPr>
        <w:t>…….</w:t>
      </w:r>
      <w:proofErr w:type="gramEnd"/>
      <w:r w:rsidR="000371E0">
        <w:rPr>
          <w:lang w:val="pl-PL"/>
        </w:rPr>
        <w:t>.</w:t>
      </w:r>
    </w:p>
    <w:p w14:paraId="38D41333" w14:textId="6682283F" w:rsidR="00DE2386" w:rsidRPr="000371E0" w:rsidRDefault="00A47874">
      <w:pPr>
        <w:rPr>
          <w:lang w:val="pl-PL"/>
        </w:rPr>
      </w:pPr>
      <w:r w:rsidRPr="000371E0">
        <w:rPr>
          <w:lang w:val="pl-PL"/>
        </w:rPr>
        <w:t>2. Telefon kontaktowy i adres e-mail rodzica/</w:t>
      </w:r>
      <w:proofErr w:type="gramStart"/>
      <w:r w:rsidRPr="000371E0">
        <w:rPr>
          <w:lang w:val="pl-PL"/>
        </w:rPr>
        <w:t>opiekuna:  tel.</w:t>
      </w:r>
      <w:proofErr w:type="gramEnd"/>
      <w:r w:rsidRPr="000371E0">
        <w:rPr>
          <w:lang w:val="pl-PL"/>
        </w:rPr>
        <w:t xml:space="preserve"> </w:t>
      </w:r>
      <w:r w:rsidR="000371E0">
        <w:rPr>
          <w:lang w:val="pl-PL"/>
        </w:rPr>
        <w:t>…………………………………….</w:t>
      </w:r>
    </w:p>
    <w:p w14:paraId="5A51B2BE" w14:textId="77777777" w:rsidR="00DE2386" w:rsidRPr="000371E0" w:rsidRDefault="00A47874">
      <w:pPr>
        <w:rPr>
          <w:lang w:val="pl-PL"/>
        </w:rPr>
      </w:pPr>
      <w:r w:rsidRPr="000371E0">
        <w:rPr>
          <w:lang w:val="pl-PL"/>
        </w:rPr>
        <w:t xml:space="preserve">3. Informuję, że moje dziecko </w:t>
      </w:r>
      <w:r w:rsidRPr="000371E0">
        <w:rPr>
          <w:color w:val="FF0000"/>
          <w:lang w:val="pl-PL"/>
        </w:rPr>
        <w:t xml:space="preserve">nie będzie </w:t>
      </w:r>
      <w:r w:rsidRPr="000371E0">
        <w:rPr>
          <w:lang w:val="pl-PL"/>
        </w:rPr>
        <w:t>korzystać z obiadów w stołówce szkolnej w</w:t>
      </w:r>
    </w:p>
    <w:p w14:paraId="0B42FA8B" w14:textId="58DC828F" w:rsidR="00DE2386" w:rsidRPr="000371E0" w:rsidRDefault="00A47874">
      <w:pPr>
        <w:rPr>
          <w:lang w:val="pl-PL"/>
        </w:rPr>
      </w:pPr>
      <w:r w:rsidRPr="000371E0">
        <w:rPr>
          <w:lang w:val="pl-PL"/>
        </w:rPr>
        <w:t xml:space="preserve">   Szkole Podstawowej nr 138 w Warszawie od dnia: </w:t>
      </w:r>
      <w:r w:rsidR="000371E0">
        <w:rPr>
          <w:lang w:val="pl-PL"/>
        </w:rPr>
        <w:t>…………………….</w:t>
      </w:r>
    </w:p>
    <w:p w14:paraId="23925FF8" w14:textId="77777777" w:rsidR="00DE2386" w:rsidRPr="000371E0" w:rsidRDefault="00A47874">
      <w:pPr>
        <w:rPr>
          <w:lang w:val="pl-PL"/>
        </w:rPr>
      </w:pPr>
      <w:r w:rsidRPr="000371E0">
        <w:rPr>
          <w:b/>
          <w:lang w:val="pl-PL"/>
        </w:rPr>
        <w:t>4. Zmiany w harmonogramie wydawania posiłków:</w:t>
      </w:r>
    </w:p>
    <w:p w14:paraId="41786CC8" w14:textId="1CB7EEE2" w:rsidR="00DE2386" w:rsidRPr="000371E0" w:rsidRDefault="00A47874">
      <w:pPr>
        <w:rPr>
          <w:lang w:val="pl-PL"/>
        </w:rPr>
      </w:pPr>
      <w:r w:rsidRPr="000371E0">
        <w:rPr>
          <w:lang w:val="pl-PL"/>
        </w:rPr>
        <w:t>____________________________________________________________________________________________</w:t>
      </w:r>
    </w:p>
    <w:p w14:paraId="43F21DA2" w14:textId="5754221A" w:rsidR="00DE2386" w:rsidRPr="000371E0" w:rsidRDefault="00A47874">
      <w:pPr>
        <w:rPr>
          <w:lang w:val="pl-PL"/>
        </w:rPr>
      </w:pPr>
      <w:r w:rsidRPr="000371E0">
        <w:rPr>
          <w:lang w:val="pl-PL"/>
        </w:rPr>
        <w:t>_____________________________________________________________________________________________</w:t>
      </w:r>
    </w:p>
    <w:p w14:paraId="3A6795AF" w14:textId="51AD1CA8" w:rsidR="00DE2386" w:rsidRPr="000371E0" w:rsidRDefault="00A47874">
      <w:pPr>
        <w:rPr>
          <w:lang w:val="pl-PL"/>
        </w:rPr>
      </w:pPr>
      <w:r w:rsidRPr="000371E0">
        <w:rPr>
          <w:lang w:val="pl-PL"/>
        </w:rPr>
        <w:t>_____________________________________________________________________________________________</w:t>
      </w:r>
    </w:p>
    <w:p w14:paraId="32E63F81" w14:textId="7931315E" w:rsidR="00DE2386" w:rsidRPr="000371E0" w:rsidRDefault="00A47874">
      <w:pPr>
        <w:rPr>
          <w:lang w:val="pl-PL"/>
        </w:rPr>
      </w:pPr>
      <w:r w:rsidRPr="000371E0">
        <w:rPr>
          <w:b/>
          <w:lang w:val="pl-PL"/>
        </w:rPr>
        <w:t xml:space="preserve">5. Decyzję o rezygnacji z posiłków lub zmianach w harmonogramie korzystania, należy zgłosić </w:t>
      </w:r>
      <w:r w:rsidRPr="000371E0">
        <w:rPr>
          <w:lang w:val="pl-PL"/>
        </w:rPr>
        <w:t>poprzez przekazanie wypełnionej deklaracji, mailowo s</w:t>
      </w:r>
      <w:r w:rsidR="000371E0">
        <w:rPr>
          <w:lang w:val="pl-PL"/>
        </w:rPr>
        <w:t>.</w:t>
      </w:r>
      <w:r w:rsidRPr="000371E0">
        <w:rPr>
          <w:lang w:val="pl-PL"/>
        </w:rPr>
        <w:t>fronczyk@eduwarszawa.pl, lub osobiście</w:t>
      </w:r>
    </w:p>
    <w:p w14:paraId="461F050A" w14:textId="77777777" w:rsidR="00DE2386" w:rsidRPr="000371E0" w:rsidRDefault="00A47874">
      <w:pPr>
        <w:rPr>
          <w:lang w:val="pl-PL"/>
        </w:rPr>
      </w:pPr>
      <w:r w:rsidRPr="000371E0">
        <w:rPr>
          <w:lang w:val="pl-PL"/>
        </w:rPr>
        <w:t xml:space="preserve">   intendentowi albo w sekretariacie szkoły,</w:t>
      </w:r>
    </w:p>
    <w:p w14:paraId="2F112DEB" w14:textId="77777777" w:rsidR="00DE2386" w:rsidRPr="000371E0" w:rsidRDefault="00A47874">
      <w:pPr>
        <w:rPr>
          <w:lang w:val="pl-PL"/>
        </w:rPr>
      </w:pPr>
      <w:r w:rsidRPr="000371E0">
        <w:rPr>
          <w:lang w:val="pl-PL"/>
        </w:rPr>
        <w:t xml:space="preserve">   przed końcem miesiąca poprzedzającego </w:t>
      </w:r>
      <w:proofErr w:type="gramStart"/>
      <w:r w:rsidRPr="000371E0">
        <w:rPr>
          <w:lang w:val="pl-PL"/>
        </w:rPr>
        <w:t>rezygnację,</w:t>
      </w:r>
      <w:proofErr w:type="gramEnd"/>
      <w:r w:rsidRPr="000371E0">
        <w:rPr>
          <w:lang w:val="pl-PL"/>
        </w:rPr>
        <w:t xml:space="preserve"> (druk dostępny na stronie szkoły).</w:t>
      </w:r>
    </w:p>
    <w:p w14:paraId="411B6FAE" w14:textId="77777777" w:rsidR="00DE2386" w:rsidRPr="000371E0" w:rsidRDefault="00A47874">
      <w:pPr>
        <w:rPr>
          <w:lang w:val="pl-PL"/>
        </w:rPr>
      </w:pPr>
      <w:r w:rsidRPr="000371E0">
        <w:rPr>
          <w:b/>
          <w:lang w:val="pl-PL"/>
        </w:rPr>
        <w:t xml:space="preserve">6. Brak zgłoszenia rezygnacji z posiłków lub zmian w zasadach korzystania będzie powodował </w:t>
      </w:r>
      <w:r w:rsidRPr="000371E0">
        <w:rPr>
          <w:lang w:val="pl-PL"/>
        </w:rPr>
        <w:t>dalsze naliczanie opłat za posiłki.</w:t>
      </w:r>
    </w:p>
    <w:p w14:paraId="549841D9" w14:textId="77777777" w:rsidR="00DE2386" w:rsidRPr="000371E0" w:rsidRDefault="00A47874">
      <w:pPr>
        <w:rPr>
          <w:lang w:val="pl-PL"/>
        </w:rPr>
      </w:pPr>
      <w:r w:rsidRPr="000371E0">
        <w:rPr>
          <w:b/>
          <w:lang w:val="pl-PL"/>
        </w:rPr>
        <w:t xml:space="preserve">7. Potwierdzam, że zapoznałam/em się z powyższymi informacjami, akceptuję je i zobowiązuję się </w:t>
      </w:r>
      <w:r w:rsidRPr="000371E0">
        <w:rPr>
          <w:lang w:val="pl-PL"/>
        </w:rPr>
        <w:t>do przestrzegania zasad i terminów w nich zawartych.</w:t>
      </w:r>
    </w:p>
    <w:p w14:paraId="40ABC688" w14:textId="77777777" w:rsidR="000371E0" w:rsidRDefault="000371E0">
      <w:pPr>
        <w:rPr>
          <w:lang w:val="pl-PL"/>
        </w:rPr>
      </w:pPr>
    </w:p>
    <w:p w14:paraId="37FCBBCA" w14:textId="77777777" w:rsidR="000371E0" w:rsidRDefault="000371E0">
      <w:pPr>
        <w:rPr>
          <w:lang w:val="pl-PL"/>
        </w:rPr>
      </w:pPr>
    </w:p>
    <w:p w14:paraId="7210C448" w14:textId="77777777" w:rsidR="000371E0" w:rsidRDefault="000371E0">
      <w:pPr>
        <w:rPr>
          <w:lang w:val="pl-PL"/>
        </w:rPr>
      </w:pPr>
    </w:p>
    <w:p w14:paraId="7023014A" w14:textId="75BD1663" w:rsidR="00DE2386" w:rsidRPr="000371E0" w:rsidRDefault="000371E0">
      <w:pPr>
        <w:rPr>
          <w:lang w:val="pl-PL"/>
        </w:rPr>
      </w:pPr>
      <w:r>
        <w:rPr>
          <w:lang w:val="pl-PL"/>
        </w:rPr>
        <w:t xml:space="preserve">                                  ………………..                             …………………………………………….</w:t>
      </w:r>
    </w:p>
    <w:p w14:paraId="250F28CC" w14:textId="77777777" w:rsidR="00DE2386" w:rsidRPr="000371E0" w:rsidRDefault="00A47874">
      <w:pPr>
        <w:jc w:val="center"/>
        <w:rPr>
          <w:lang w:val="pl-PL"/>
        </w:rPr>
      </w:pPr>
      <w:r w:rsidRPr="000371E0">
        <w:rPr>
          <w:lang w:val="pl-PL"/>
        </w:rPr>
        <w:t>(</w:t>
      </w:r>
      <w:proofErr w:type="gramStart"/>
      <w:r w:rsidRPr="000371E0">
        <w:rPr>
          <w:lang w:val="pl-PL"/>
        </w:rPr>
        <w:t xml:space="preserve">data)   </w:t>
      </w:r>
      <w:proofErr w:type="gramEnd"/>
      <w:r w:rsidRPr="000371E0">
        <w:rPr>
          <w:lang w:val="pl-PL"/>
        </w:rPr>
        <w:t xml:space="preserve">                                </w:t>
      </w:r>
      <w:proofErr w:type="gramStart"/>
      <w:r w:rsidRPr="000371E0">
        <w:rPr>
          <w:lang w:val="pl-PL"/>
        </w:rPr>
        <w:t xml:space="preserve">   (</w:t>
      </w:r>
      <w:proofErr w:type="gramEnd"/>
      <w:r w:rsidRPr="000371E0">
        <w:rPr>
          <w:lang w:val="pl-PL"/>
        </w:rPr>
        <w:t>podpis rodzica / opiekuna prawnego)</w:t>
      </w:r>
    </w:p>
    <w:sectPr w:rsidR="00DE2386" w:rsidRPr="000371E0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39089749">
    <w:abstractNumId w:val="8"/>
  </w:num>
  <w:num w:numId="2" w16cid:durableId="1796826321">
    <w:abstractNumId w:val="6"/>
  </w:num>
  <w:num w:numId="3" w16cid:durableId="1619754950">
    <w:abstractNumId w:val="5"/>
  </w:num>
  <w:num w:numId="4" w16cid:durableId="941299228">
    <w:abstractNumId w:val="4"/>
  </w:num>
  <w:num w:numId="5" w16cid:durableId="132142281">
    <w:abstractNumId w:val="7"/>
  </w:num>
  <w:num w:numId="6" w16cid:durableId="2063942058">
    <w:abstractNumId w:val="3"/>
  </w:num>
  <w:num w:numId="7" w16cid:durableId="1512524797">
    <w:abstractNumId w:val="2"/>
  </w:num>
  <w:num w:numId="8" w16cid:durableId="2142072511">
    <w:abstractNumId w:val="1"/>
  </w:num>
  <w:num w:numId="9" w16cid:durableId="1749614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371E0"/>
    <w:rsid w:val="0006063C"/>
    <w:rsid w:val="0015074B"/>
    <w:rsid w:val="0029639D"/>
    <w:rsid w:val="00326F90"/>
    <w:rsid w:val="003D0E78"/>
    <w:rsid w:val="005F1B10"/>
    <w:rsid w:val="00A47874"/>
    <w:rsid w:val="00AA1D8D"/>
    <w:rsid w:val="00B47730"/>
    <w:rsid w:val="00CB0664"/>
    <w:rsid w:val="00DE238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CA7EFE"/>
  <w14:defaultImageDpi w14:val="300"/>
  <w15:docId w15:val="{F881570D-D397-4C1C-ABC7-F365D4D6F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rPr>
      <w:rFonts w:ascii="Arial" w:hAnsi="Arial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215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Sebastian Fronczyk</cp:lastModifiedBy>
  <cp:revision>2</cp:revision>
  <dcterms:created xsi:type="dcterms:W3CDTF">2026-09-09T07:58:00Z</dcterms:created>
  <dcterms:modified xsi:type="dcterms:W3CDTF">2026-09-09T07:58:00Z</dcterms:modified>
  <cp:category/>
</cp:coreProperties>
</file>